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C6665" w14:textId="77777777" w:rsidR="0085354D" w:rsidRPr="000F2869" w:rsidRDefault="00A32D33">
      <w:pPr>
        <w:pStyle w:val="Heading1"/>
        <w:rPr>
          <w:sz w:val="32"/>
          <w:szCs w:val="32"/>
        </w:rPr>
      </w:pPr>
      <w:r w:rsidRPr="000F2869">
        <w:rPr>
          <w:sz w:val="32"/>
          <w:szCs w:val="32"/>
        </w:rPr>
        <w:t>Acceptance Speech</w:t>
      </w:r>
      <w:r w:rsidRPr="000F2869">
        <w:rPr>
          <w:sz w:val="32"/>
          <w:szCs w:val="32"/>
        </w:rPr>
        <w:br/>
        <w:t>FAFICS Vice-President</w:t>
      </w:r>
    </w:p>
    <w:p w14:paraId="09D0EB84" w14:textId="7A911BC5" w:rsidR="0085354D" w:rsidRPr="000F2869" w:rsidRDefault="00A32D33">
      <w:pPr>
        <w:rPr>
          <w:sz w:val="28"/>
          <w:szCs w:val="24"/>
        </w:rPr>
      </w:pPr>
      <w:r w:rsidRPr="000F2869">
        <w:rPr>
          <w:sz w:val="28"/>
          <w:szCs w:val="24"/>
        </w:rPr>
        <w:t xml:space="preserve">Mr. President, </w:t>
      </w:r>
      <w:r w:rsidR="00923DD6">
        <w:rPr>
          <w:sz w:val="28"/>
          <w:szCs w:val="24"/>
        </w:rPr>
        <w:t>Mr. Presiding Officer</w:t>
      </w:r>
      <w:r>
        <w:rPr>
          <w:sz w:val="28"/>
          <w:szCs w:val="24"/>
        </w:rPr>
        <w:t xml:space="preserve">,  </w:t>
      </w:r>
      <w:r w:rsidRPr="000F2869">
        <w:rPr>
          <w:sz w:val="28"/>
          <w:szCs w:val="24"/>
        </w:rPr>
        <w:t>fellow Vice-Presidents, distinguished delegates and dear colleagues,</w:t>
      </w:r>
    </w:p>
    <w:p w14:paraId="2EE7CA9F" w14:textId="77777777" w:rsidR="0085354D" w:rsidRPr="000F2869" w:rsidRDefault="00A32D33">
      <w:pPr>
        <w:rPr>
          <w:sz w:val="28"/>
          <w:szCs w:val="24"/>
        </w:rPr>
      </w:pPr>
      <w:r w:rsidRPr="000F2869">
        <w:rPr>
          <w:sz w:val="28"/>
          <w:szCs w:val="24"/>
        </w:rPr>
        <w:t>Thank you very much for the confidence you have placed in me.</w:t>
      </w:r>
    </w:p>
    <w:p w14:paraId="0D54FAED" w14:textId="77777777" w:rsidR="0085354D" w:rsidRPr="000F2869" w:rsidRDefault="00A32D33">
      <w:pPr>
        <w:rPr>
          <w:sz w:val="28"/>
          <w:szCs w:val="24"/>
        </w:rPr>
      </w:pPr>
      <w:r w:rsidRPr="000F2869">
        <w:rPr>
          <w:sz w:val="28"/>
          <w:szCs w:val="24"/>
        </w:rPr>
        <w:t>I accept this responsibility with great humility, gratitude and a strong sense of duty.</w:t>
      </w:r>
    </w:p>
    <w:p w14:paraId="102AFC50" w14:textId="1054E124" w:rsidR="0085354D" w:rsidRPr="000F2869" w:rsidRDefault="00A32D33">
      <w:pPr>
        <w:rPr>
          <w:sz w:val="28"/>
          <w:szCs w:val="24"/>
        </w:rPr>
      </w:pPr>
      <w:r w:rsidRPr="000F2869">
        <w:rPr>
          <w:sz w:val="28"/>
          <w:szCs w:val="24"/>
        </w:rPr>
        <w:t>I would like to congratulate our newly elected President, Darshak Shah, my fellow</w:t>
      </w:r>
      <w:r w:rsidR="0014009F">
        <w:rPr>
          <w:sz w:val="28"/>
          <w:szCs w:val="24"/>
        </w:rPr>
        <w:t xml:space="preserve"> elected officers</w:t>
      </w:r>
      <w:r w:rsidRPr="000F2869">
        <w:rPr>
          <w:sz w:val="28"/>
          <w:szCs w:val="24"/>
        </w:rPr>
        <w:t>, and indeed all the candidates who offered themselves for service. Every one of us came forward because we care deeply about FAFICS and the people it represents.</w:t>
      </w:r>
    </w:p>
    <w:p w14:paraId="5C1E54F7" w14:textId="77777777" w:rsidR="0085354D" w:rsidRPr="000F2869" w:rsidRDefault="00A32D33">
      <w:pPr>
        <w:rPr>
          <w:sz w:val="28"/>
          <w:szCs w:val="24"/>
        </w:rPr>
      </w:pPr>
      <w:r w:rsidRPr="000F2869">
        <w:rPr>
          <w:sz w:val="28"/>
          <w:szCs w:val="24"/>
        </w:rPr>
        <w:t>I would also like to pay tribute to our outgoing President, Jerry Barton, and our outgoing Vice-Presidents for their dedicated leadership and service. I had the privilege of working closely with Jerry during the FAFICS@50 celebrations and saw first-hand his dedication, his steady leadership and his unwavering commitment to our Federation. On behalf of us all, thank you for your friendship, your guidance and your years of distinguished service. We also extend our sincere appreciation to our outgoing Vice-Presidents for their valuable contributions. You leave FAFICS stronger than you found it.</w:t>
      </w:r>
    </w:p>
    <w:p w14:paraId="46E4CF95" w14:textId="77777777" w:rsidR="0085354D" w:rsidRPr="000F2869" w:rsidRDefault="00A32D33">
      <w:pPr>
        <w:rPr>
          <w:sz w:val="28"/>
          <w:szCs w:val="24"/>
        </w:rPr>
      </w:pPr>
      <w:r w:rsidRPr="000F2869">
        <w:rPr>
          <w:sz w:val="28"/>
          <w:szCs w:val="24"/>
        </w:rPr>
        <w:t>Throughout my career, and now in retirement, I have come to appreciate the importance of listening, building bridges and bringing people together. Those are the values I hope to bring to the Bureau as we work collectively for the benefit of all FAFICS members.</w:t>
      </w:r>
    </w:p>
    <w:p w14:paraId="52FC5C65" w14:textId="77777777" w:rsidR="0085354D" w:rsidRPr="000F2869" w:rsidRDefault="00A32D33">
      <w:pPr>
        <w:rPr>
          <w:sz w:val="28"/>
          <w:szCs w:val="24"/>
        </w:rPr>
      </w:pPr>
      <w:r w:rsidRPr="000F2869">
        <w:rPr>
          <w:sz w:val="28"/>
          <w:szCs w:val="24"/>
        </w:rPr>
        <w:t>I also believe that our strength lies in our diversity. We come from different countries, cultures and professional backgrounds, yet we are united by a shared commitment to the ideals of the United Nations and to the well-being of retired colleagues throughout the world.</w:t>
      </w:r>
    </w:p>
    <w:p w14:paraId="367183A8" w14:textId="77777777" w:rsidR="0085354D" w:rsidRPr="000F2869" w:rsidRDefault="00A32D33">
      <w:pPr>
        <w:rPr>
          <w:sz w:val="28"/>
          <w:szCs w:val="24"/>
        </w:rPr>
      </w:pPr>
      <w:r w:rsidRPr="000F2869">
        <w:rPr>
          <w:sz w:val="28"/>
          <w:szCs w:val="24"/>
        </w:rPr>
        <w:t xml:space="preserve">The work of FAFICS is, above all, a collective endeavour. Its success depends on teamwork, mutual respect and a shared commitment to those we serve. I look forward to working closely with President Shah, my </w:t>
      </w:r>
      <w:r w:rsidRPr="000F2869">
        <w:rPr>
          <w:sz w:val="28"/>
          <w:szCs w:val="24"/>
        </w:rPr>
        <w:lastRenderedPageBreak/>
        <w:t>fellow Bureau members, our Standing Committees and all our member associations as we continue to strengthen our Federation together.</w:t>
      </w:r>
    </w:p>
    <w:p w14:paraId="3BD48C43" w14:textId="77777777" w:rsidR="0085354D" w:rsidRPr="000F2869" w:rsidRDefault="00A32D33">
      <w:pPr>
        <w:rPr>
          <w:sz w:val="28"/>
          <w:szCs w:val="24"/>
        </w:rPr>
      </w:pPr>
      <w:r w:rsidRPr="000F2869">
        <w:rPr>
          <w:sz w:val="28"/>
          <w:szCs w:val="24"/>
        </w:rPr>
        <w:t>Thank you once again for your confidence. I shall do my utmost to be worthy of the trust you have placed in me. I look forward to serving FAFICS and all our member associations in the years ahead.</w:t>
      </w:r>
    </w:p>
    <w:p w14:paraId="6415C413" w14:textId="77777777" w:rsidR="0085354D" w:rsidRPr="000F2869" w:rsidRDefault="00A32D33">
      <w:pPr>
        <w:rPr>
          <w:sz w:val="28"/>
          <w:szCs w:val="24"/>
        </w:rPr>
      </w:pPr>
      <w:r w:rsidRPr="000F2869">
        <w:rPr>
          <w:sz w:val="28"/>
          <w:szCs w:val="24"/>
        </w:rPr>
        <w:t>Thank you.</w:t>
      </w:r>
    </w:p>
    <w:sectPr w:rsidR="0085354D" w:rsidRPr="000F2869" w:rsidSect="004913E5">
      <w:pgSz w:w="11906" w:h="16838" w:code="9"/>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62048023">
    <w:abstractNumId w:val="8"/>
  </w:num>
  <w:num w:numId="2" w16cid:durableId="1292639278">
    <w:abstractNumId w:val="6"/>
  </w:num>
  <w:num w:numId="3" w16cid:durableId="1883517244">
    <w:abstractNumId w:val="5"/>
  </w:num>
  <w:num w:numId="4" w16cid:durableId="1913351013">
    <w:abstractNumId w:val="4"/>
  </w:num>
  <w:num w:numId="5" w16cid:durableId="1843931593">
    <w:abstractNumId w:val="7"/>
  </w:num>
  <w:num w:numId="6" w16cid:durableId="562763547">
    <w:abstractNumId w:val="3"/>
  </w:num>
  <w:num w:numId="7" w16cid:durableId="1790582528">
    <w:abstractNumId w:val="2"/>
  </w:num>
  <w:num w:numId="8" w16cid:durableId="1568420020">
    <w:abstractNumId w:val="1"/>
  </w:num>
  <w:num w:numId="9" w16cid:durableId="925458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2869"/>
    <w:rsid w:val="0014009F"/>
    <w:rsid w:val="0015074B"/>
    <w:rsid w:val="0029639D"/>
    <w:rsid w:val="00326F90"/>
    <w:rsid w:val="004913E5"/>
    <w:rsid w:val="004B7A8B"/>
    <w:rsid w:val="0085354D"/>
    <w:rsid w:val="00923DD6"/>
    <w:rsid w:val="00A32D33"/>
    <w:rsid w:val="00AA1D8D"/>
    <w:rsid w:val="00B44D21"/>
    <w:rsid w:val="00B47730"/>
    <w:rsid w:val="00CB0664"/>
    <w:rsid w:val="00F0346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DF183FE-8A07-453E-B7EE-CD4FF7B09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Aye Win</cp:lastModifiedBy>
  <cp:revision>8</cp:revision>
  <cp:lastPrinted>2026-07-23T04:20:00Z</cp:lastPrinted>
  <dcterms:created xsi:type="dcterms:W3CDTF">2013-12-23T23:15:00Z</dcterms:created>
  <dcterms:modified xsi:type="dcterms:W3CDTF">2026-07-24T08:33:00Z</dcterms:modified>
  <cp:category/>
</cp:coreProperties>
</file>